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537CE" w14:textId="6AE1F1A9" w:rsidR="00F12402" w:rsidRDefault="007D1E00">
      <w:r>
        <w:rPr>
          <w:noProof/>
        </w:rPr>
        <w:drawing>
          <wp:anchor distT="0" distB="0" distL="114300" distR="114300" simplePos="0" relativeHeight="251661312" behindDoc="0" locked="0" layoutInCell="1" allowOverlap="1" wp14:anchorId="7900BE0D" wp14:editId="0A90DD2B">
            <wp:simplePos x="0" y="0"/>
            <wp:positionH relativeFrom="margin">
              <wp:posOffset>-456528</wp:posOffset>
            </wp:positionH>
            <wp:positionV relativeFrom="paragraph">
              <wp:posOffset>-562214</wp:posOffset>
            </wp:positionV>
            <wp:extent cx="1152525" cy="1152525"/>
            <wp:effectExtent l="0" t="0" r="9525" b="9525"/>
            <wp:wrapNone/>
            <wp:docPr id="845530814" name="Bildobjekt 845530814" descr="En bild som visar symbol, emblem, cirkel,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30814" name="Bildobjekt 845530814" descr="En bild som visar symbol, emblem, cirkel, logotyp&#10;&#10;AI-genererat innehåll kan vara felaktig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6DBCEAC" wp14:editId="23E45B57">
            <wp:simplePos x="0" y="0"/>
            <wp:positionH relativeFrom="margin">
              <wp:posOffset>4807541</wp:posOffset>
            </wp:positionH>
            <wp:positionV relativeFrom="paragraph">
              <wp:posOffset>-561050</wp:posOffset>
            </wp:positionV>
            <wp:extent cx="1152525" cy="1152525"/>
            <wp:effectExtent l="0" t="0" r="9525" b="9525"/>
            <wp:wrapNone/>
            <wp:docPr id="2" name="Bildobjekt 2" descr="En bild som visar symbol, emblem, cirkel,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symbol, emblem, cirkel, logotyp&#10;&#10;AI-genererat innehåll kan vara felaktig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AA97C" w14:textId="77777777" w:rsidR="00F12402" w:rsidRDefault="00000000">
      <w:pPr>
        <w:jc w:val="center"/>
      </w:pPr>
      <w:r>
        <w:rPr>
          <w:b/>
          <w:sz w:val="32"/>
        </w:rPr>
        <w:t>Inbjudan till Ski Team Ungdomscup 2026</w:t>
      </w:r>
    </w:p>
    <w:p w14:paraId="5A14D71B" w14:textId="2F778A0E" w:rsidR="00F12402" w:rsidRDefault="00000000">
      <w:r>
        <w:t xml:space="preserve">Ski Team Ungdomscup 2026 är en rikstäckande tävling i fristil mellan Sveriges skiddistrikt för ålderskategorin 13–14 år. Tävlingen består av kvalificering inom respektive </w:t>
      </w:r>
      <w:proofErr w:type="spellStart"/>
      <w:r>
        <w:t>distrikt</w:t>
      </w:r>
      <w:proofErr w:type="spellEnd"/>
      <w:r>
        <w:t xml:space="preserve">, </w:t>
      </w:r>
      <w:proofErr w:type="spellStart"/>
      <w:r>
        <w:t>följt</w:t>
      </w:r>
      <w:proofErr w:type="spellEnd"/>
      <w:r>
        <w:t xml:space="preserve"> av </w:t>
      </w:r>
      <w:proofErr w:type="spellStart"/>
      <w:r>
        <w:t>en</w:t>
      </w:r>
      <w:proofErr w:type="spellEnd"/>
      <w:r>
        <w:t xml:space="preserve"> </w:t>
      </w:r>
      <w:proofErr w:type="spellStart"/>
      <w:r>
        <w:t>riksfinal</w:t>
      </w:r>
      <w:proofErr w:type="spellEnd"/>
      <w:r>
        <w:t xml:space="preserve"> </w:t>
      </w:r>
      <w:proofErr w:type="spellStart"/>
      <w:r>
        <w:t>i</w:t>
      </w:r>
      <w:proofErr w:type="spellEnd"/>
      <w:r>
        <w:t xml:space="preserve"> </w:t>
      </w:r>
      <w:proofErr w:type="spellStart"/>
      <w:r w:rsidR="007D1E00">
        <w:t>Järpen</w:t>
      </w:r>
      <w:proofErr w:type="spellEnd"/>
      <w:r>
        <w:t>.</w:t>
      </w:r>
      <w:r>
        <w:br/>
      </w:r>
      <w:r>
        <w:br/>
        <w:t>Från Göteborg deltar vi varje år med ett härligt gäng engagerade ungdomar – och så planerar vi även att göra i år. Fokus under riksfinalen ligger på glädje, gemenskap och distriktsanda. Ungdomarna får möjlighet att träffa likasinnade från hela landet och tävla både individuellt och i lag under stafetter.</w:t>
      </w:r>
      <w:r>
        <w:br/>
      </w:r>
      <w:r>
        <w:br/>
        <w:t>Mer information om tävlingen finns här: Ski Team Ungdomscup | Svenska Skidförbundet (https://www.skidor.com)</w:t>
      </w:r>
    </w:p>
    <w:p w14:paraId="6C8D1793" w14:textId="77777777" w:rsidR="00F12402" w:rsidRDefault="00000000">
      <w:pPr>
        <w:pStyle w:val="Rubrik2"/>
      </w:pPr>
      <w:r>
        <w:t>Finalhelgen – inklusive resa från Göteborg</w:t>
      </w:r>
    </w:p>
    <w:p w14:paraId="7BCE4A66" w14:textId="77777777" w:rsidR="00F12402" w:rsidRDefault="00000000">
      <w:pPr>
        <w:pStyle w:val="Punktlista"/>
      </w:pPr>
      <w:r>
        <w:t>När: 4–9 mars 2026 (Avresa med nattåg onsdag kväll 4/3, hemkomst måndag morgon 9/3. Tävlingar 6–9/3.)</w:t>
      </w:r>
    </w:p>
    <w:p w14:paraId="34092FC1" w14:textId="77777777" w:rsidR="00F12402" w:rsidRDefault="00000000">
      <w:pPr>
        <w:pStyle w:val="Punktlista"/>
      </w:pPr>
      <w:r>
        <w:t>Var: Järpen</w:t>
      </w:r>
    </w:p>
    <w:p w14:paraId="5F79CCF6" w14:textId="77777777" w:rsidR="00F12402" w:rsidRDefault="00000000">
      <w:pPr>
        <w:pStyle w:val="Punktlista"/>
      </w:pPr>
      <w:r>
        <w:t>Hur: Resa med nattåg. Boende på golv och helpension i skola.</w:t>
      </w:r>
    </w:p>
    <w:p w14:paraId="5EB8EF01" w14:textId="77777777" w:rsidR="00F12402" w:rsidRDefault="00000000">
      <w:pPr>
        <w:pStyle w:val="Punktlista"/>
      </w:pPr>
      <w:r>
        <w:t>Kostnad: Göteborgs Skidförbund (GSF) bidrar med cirka 100 000 kr till ungdomscuperna (Ski Team Ungdomscup 13–14 år och Folksam Cup 15–16 år). En preliminär självkostnad på cirka 2 500 kr per åkare bedöms som rimlig. Betalning sker i december. Mer information lämnas när deltagarantal och slutlig kostnad för tågresan är fastställda.</w:t>
      </w:r>
    </w:p>
    <w:p w14:paraId="77B5D9F1" w14:textId="77777777" w:rsidR="00F12402" w:rsidRDefault="00000000">
      <w:pPr>
        <w:pStyle w:val="Rubrik2"/>
      </w:pPr>
      <w:r>
        <w:t>Uttagningskriterier – Distrikt Göteborg</w:t>
      </w:r>
    </w:p>
    <w:p w14:paraId="1676F7ED" w14:textId="1A509633" w:rsidR="00F12402" w:rsidRDefault="00000000">
      <w:r>
        <w:t xml:space="preserve">Det inledande steget i ungdomscupen är kvalificering inom distriktet. Tillsammans med Svenska Skidförbundet har vi fastställt följande kriterier. Syftet är att ungdomarna ska träffas, lära känna varandra, utvecklas som skidåkare och ha roligt redan innan finalhelgen i </w:t>
      </w:r>
      <w:r w:rsidR="00CF512E">
        <w:t>Järpen</w:t>
      </w:r>
      <w:r>
        <w:t>.</w:t>
      </w:r>
    </w:p>
    <w:p w14:paraId="6D11FEDC" w14:textId="77777777" w:rsidR="00F12402" w:rsidRDefault="00000000">
      <w:pPr>
        <w:pStyle w:val="Punktlista"/>
      </w:pPr>
      <w:r>
        <w:t>Deltar på minst 6 GSF-träningar (måndagar från vecka 45 till vecka 6).</w:t>
      </w:r>
    </w:p>
    <w:p w14:paraId="666B2DDD" w14:textId="47A4CD4E" w:rsidR="00F12402" w:rsidRDefault="00000000">
      <w:pPr>
        <w:pStyle w:val="Punktlista"/>
      </w:pPr>
      <w:r>
        <w:t xml:space="preserve">Deltar i </w:t>
      </w:r>
      <w:proofErr w:type="spellStart"/>
      <w:r>
        <w:t>minst</w:t>
      </w:r>
      <w:proofErr w:type="spellEnd"/>
      <w:r>
        <w:t xml:space="preserve"> 3 </w:t>
      </w:r>
      <w:proofErr w:type="spellStart"/>
      <w:r>
        <w:t>distriktstävlingar</w:t>
      </w:r>
      <w:proofErr w:type="spellEnd"/>
      <w:r>
        <w:t xml:space="preserve"> </w:t>
      </w:r>
      <w:proofErr w:type="spellStart"/>
      <w:r>
        <w:t>fram</w:t>
      </w:r>
      <w:proofErr w:type="spellEnd"/>
      <w:r>
        <w:t xml:space="preserve"> till den </w:t>
      </w:r>
      <w:r w:rsidR="007D1E00">
        <w:t>1</w:t>
      </w:r>
      <w:r>
        <w:t xml:space="preserve">7 </w:t>
      </w:r>
      <w:proofErr w:type="spellStart"/>
      <w:r>
        <w:t>februari</w:t>
      </w:r>
      <w:proofErr w:type="spellEnd"/>
      <w:r>
        <w:t xml:space="preserve"> </w:t>
      </w:r>
      <w:proofErr w:type="spellStart"/>
      <w:r>
        <w:t>enligt</w:t>
      </w:r>
      <w:proofErr w:type="spellEnd"/>
      <w:r>
        <w:t xml:space="preserve"> </w:t>
      </w:r>
      <w:proofErr w:type="spellStart"/>
      <w:r>
        <w:t>följande</w:t>
      </w:r>
      <w:proofErr w:type="spellEnd"/>
      <w:r>
        <w:t>:</w:t>
      </w:r>
    </w:p>
    <w:p w14:paraId="38CB5F5C" w14:textId="4F6D0CE2" w:rsidR="00F12402" w:rsidRDefault="00000000">
      <w:pPr>
        <w:pStyle w:val="Punktlista"/>
      </w:pPr>
      <w:r>
        <w:t xml:space="preserve">  • IK Stern – </w:t>
      </w:r>
      <w:r w:rsidR="007D1E00">
        <w:t>28/11</w:t>
      </w:r>
    </w:p>
    <w:p w14:paraId="6D1631B9" w14:textId="286617DF" w:rsidR="00F12402" w:rsidRDefault="00000000">
      <w:pPr>
        <w:pStyle w:val="Punktlista"/>
      </w:pPr>
      <w:r>
        <w:t xml:space="preserve">  • </w:t>
      </w:r>
      <w:proofErr w:type="spellStart"/>
      <w:r>
        <w:t>Hindås</w:t>
      </w:r>
      <w:proofErr w:type="spellEnd"/>
      <w:r>
        <w:t xml:space="preserve"> SK – </w:t>
      </w:r>
      <w:r w:rsidR="007D1E00">
        <w:t>15/1</w:t>
      </w:r>
    </w:p>
    <w:p w14:paraId="077E763B" w14:textId="3865607E" w:rsidR="00F12402" w:rsidRDefault="00000000">
      <w:pPr>
        <w:pStyle w:val="Punktlista"/>
      </w:pPr>
      <w:r>
        <w:t xml:space="preserve">  • OK </w:t>
      </w:r>
      <w:proofErr w:type="spellStart"/>
      <w:r>
        <w:t>Landehof</w:t>
      </w:r>
      <w:proofErr w:type="spellEnd"/>
      <w:r>
        <w:t xml:space="preserve"> – </w:t>
      </w:r>
      <w:r w:rsidR="007D1E00">
        <w:t>20/1</w:t>
      </w:r>
    </w:p>
    <w:p w14:paraId="198A57D4" w14:textId="4EDD328D" w:rsidR="00F12402" w:rsidRDefault="00000000">
      <w:pPr>
        <w:pStyle w:val="Punktlista"/>
      </w:pPr>
      <w:r>
        <w:t xml:space="preserve">  • OK </w:t>
      </w:r>
      <w:proofErr w:type="spellStart"/>
      <w:r>
        <w:t>Alehof</w:t>
      </w:r>
      <w:proofErr w:type="spellEnd"/>
      <w:r>
        <w:t xml:space="preserve"> – </w:t>
      </w:r>
      <w:r w:rsidR="007D1E00">
        <w:t>3/2</w:t>
      </w:r>
    </w:p>
    <w:p w14:paraId="6B5821CD" w14:textId="27C18F57" w:rsidR="00F12402" w:rsidRDefault="00000000">
      <w:pPr>
        <w:pStyle w:val="Punktlista"/>
      </w:pPr>
      <w:r>
        <w:t xml:space="preserve">  • </w:t>
      </w:r>
      <w:proofErr w:type="spellStart"/>
      <w:r>
        <w:t>Göteborgs</w:t>
      </w:r>
      <w:proofErr w:type="spellEnd"/>
      <w:r>
        <w:t xml:space="preserve"> SK – </w:t>
      </w:r>
      <w:r w:rsidR="007D1E00">
        <w:t>17/2</w:t>
      </w:r>
    </w:p>
    <w:p w14:paraId="2F15A1BF" w14:textId="77777777" w:rsidR="00F12402" w:rsidRDefault="00000000">
      <w:pPr>
        <w:pStyle w:val="Punktlista"/>
      </w:pPr>
      <w:r>
        <w:t>Om någon av distriktstävlingarna ställs in på grund av väder eller andra omständigheter kan tävlingar i Västergötlands skiddistrikt användas som ersättning.</w:t>
      </w:r>
    </w:p>
    <w:p w14:paraId="6BEAE1FE" w14:textId="77777777" w:rsidR="00F12402" w:rsidRDefault="00000000">
      <w:pPr>
        <w:pStyle w:val="Punktlista"/>
      </w:pPr>
      <w:r>
        <w:t>Undantag kan göras vid omfattande inställda tävlingar.</w:t>
      </w:r>
    </w:p>
    <w:p w14:paraId="2CECC3A9" w14:textId="76519A1F" w:rsidR="00F12402" w:rsidRDefault="00000000">
      <w:pPr>
        <w:pStyle w:val="Punktlista"/>
      </w:pPr>
      <w:r>
        <w:lastRenderedPageBreak/>
        <w:t xml:space="preserve">Vi rekommenderar alla ungdomar att delta i så många tävlingar som möjligt – det ger gemenskap, glädje och </w:t>
      </w:r>
      <w:proofErr w:type="spellStart"/>
      <w:r>
        <w:t>värdefull</w:t>
      </w:r>
      <w:proofErr w:type="spellEnd"/>
      <w:r>
        <w:t xml:space="preserve"> </w:t>
      </w:r>
      <w:proofErr w:type="spellStart"/>
      <w:r>
        <w:t>erfarenhet</w:t>
      </w:r>
      <w:proofErr w:type="spellEnd"/>
      <w:r>
        <w:t xml:space="preserve"> </w:t>
      </w:r>
      <w:proofErr w:type="spellStart"/>
      <w:r>
        <w:t>inför</w:t>
      </w:r>
      <w:proofErr w:type="spellEnd"/>
      <w:r>
        <w:t xml:space="preserve"> </w:t>
      </w:r>
      <w:proofErr w:type="spellStart"/>
      <w:r>
        <w:t>finalhelgen</w:t>
      </w:r>
      <w:proofErr w:type="spellEnd"/>
      <w:r>
        <w:t xml:space="preserve"> </w:t>
      </w:r>
      <w:proofErr w:type="spellStart"/>
      <w:r>
        <w:t>i</w:t>
      </w:r>
      <w:proofErr w:type="spellEnd"/>
      <w:r>
        <w:t xml:space="preserve"> </w:t>
      </w:r>
      <w:proofErr w:type="spellStart"/>
      <w:r w:rsidR="007D1E00">
        <w:t>Järpen</w:t>
      </w:r>
      <w:proofErr w:type="spellEnd"/>
      <w:r>
        <w:t>.</w:t>
      </w:r>
    </w:p>
    <w:p w14:paraId="121B03F0" w14:textId="77777777" w:rsidR="00F12402" w:rsidRDefault="00000000">
      <w:pPr>
        <w:pStyle w:val="Rubrik2"/>
      </w:pPr>
      <w:r>
        <w:t>Anmälan</w:t>
      </w:r>
    </w:p>
    <w:p w14:paraId="3172C3FD" w14:textId="77777777" w:rsidR="00F12402" w:rsidRDefault="00000000">
      <w:pPr>
        <w:pStyle w:val="Punktlista"/>
      </w:pPr>
      <w:r>
        <w:t>För att vi ska kunna planera och boka tågresan behöver vi veta hur många som deltar.</w:t>
      </w:r>
    </w:p>
    <w:p w14:paraId="1AD5846C" w14:textId="2D3862FC" w:rsidR="00F12402" w:rsidRDefault="00000000">
      <w:pPr>
        <w:pStyle w:val="Punktlista"/>
      </w:pPr>
      <w:r>
        <w:t xml:space="preserve">Anmälan </w:t>
      </w:r>
      <w:proofErr w:type="spellStart"/>
      <w:r>
        <w:t>görs</w:t>
      </w:r>
      <w:proofErr w:type="spellEnd"/>
      <w:r>
        <w:t xml:space="preserve"> </w:t>
      </w:r>
      <w:proofErr w:type="spellStart"/>
      <w:r>
        <w:t>senast</w:t>
      </w:r>
      <w:proofErr w:type="spellEnd"/>
      <w:r>
        <w:t xml:space="preserve"> den </w:t>
      </w:r>
      <w:r w:rsidR="00A136AB">
        <w:t>30</w:t>
      </w:r>
      <w:r>
        <w:t xml:space="preserve"> </w:t>
      </w:r>
      <w:proofErr w:type="spellStart"/>
      <w:r>
        <w:t>november</w:t>
      </w:r>
      <w:proofErr w:type="spellEnd"/>
      <w:r>
        <w:t xml:space="preserve"> via </w:t>
      </w:r>
      <w:proofErr w:type="spellStart"/>
      <w:r>
        <w:t>detta</w:t>
      </w:r>
      <w:proofErr w:type="spellEnd"/>
      <w:r>
        <w:t xml:space="preserve"> </w:t>
      </w:r>
      <w:hyperlink r:id="rId7" w:history="1">
        <w:proofErr w:type="spellStart"/>
        <w:r w:rsidR="00F12402" w:rsidRPr="007D1E00">
          <w:rPr>
            <w:rStyle w:val="Hyperlnk"/>
          </w:rPr>
          <w:t>FORMULÄR</w:t>
        </w:r>
        <w:proofErr w:type="spellEnd"/>
      </w:hyperlink>
      <w:r>
        <w:t>.</w:t>
      </w:r>
    </w:p>
    <w:p w14:paraId="0C45EFF7" w14:textId="77777777" w:rsidR="00F12402" w:rsidRDefault="00000000">
      <w:pPr>
        <w:pStyle w:val="Punktlista"/>
      </w:pPr>
      <w:r>
        <w:t>Meddela gärna även om ni inte planerar att delta.</w:t>
      </w:r>
    </w:p>
    <w:p w14:paraId="72138A34" w14:textId="77777777" w:rsidR="00F12402" w:rsidRDefault="00000000">
      <w:pPr>
        <w:pStyle w:val="Punktlista"/>
      </w:pPr>
      <w:r>
        <w:t>Anmälan är bindande, eftersom tågbokning sker den 1 december och deltagarna därefter anmäls bindande till arrangören i början av januari.</w:t>
      </w:r>
    </w:p>
    <w:p w14:paraId="513A9500" w14:textId="12DE534A" w:rsidR="009B612E" w:rsidRDefault="009B612E" w:rsidP="009B612E">
      <w:pPr>
        <w:pStyle w:val="Punktlista"/>
      </w:pPr>
      <w:r>
        <w:t xml:space="preserve">Vid </w:t>
      </w:r>
      <w:proofErr w:type="spellStart"/>
      <w:r>
        <w:t>sjukdom</w:t>
      </w:r>
      <w:proofErr w:type="spellEnd"/>
      <w:r>
        <w:t xml:space="preserve">, </w:t>
      </w:r>
      <w:proofErr w:type="spellStart"/>
      <w:r>
        <w:t>skada</w:t>
      </w:r>
      <w:proofErr w:type="spellEnd"/>
      <w:r>
        <w:t xml:space="preserve"> </w:t>
      </w:r>
      <w:proofErr w:type="spellStart"/>
      <w:r>
        <w:t>eller</w:t>
      </w:r>
      <w:proofErr w:type="spellEnd"/>
      <w:r>
        <w:t xml:space="preserve"> </w:t>
      </w:r>
      <w:proofErr w:type="spellStart"/>
      <w:r>
        <w:t>annat</w:t>
      </w:r>
      <w:proofErr w:type="spellEnd"/>
      <w:r>
        <w:t xml:space="preserve"> </w:t>
      </w:r>
      <w:proofErr w:type="spellStart"/>
      <w:r>
        <w:t>förhinder</w:t>
      </w:r>
      <w:proofErr w:type="spellEnd"/>
      <w:r>
        <w:t xml:space="preserve"> </w:t>
      </w:r>
      <w:proofErr w:type="spellStart"/>
      <w:r>
        <w:t>har</w:t>
      </w:r>
      <w:proofErr w:type="spellEnd"/>
      <w:r>
        <w:t xml:space="preserve"> vi </w:t>
      </w:r>
      <w:proofErr w:type="spellStart"/>
      <w:r>
        <w:t>tyvärr</w:t>
      </w:r>
      <w:proofErr w:type="spellEnd"/>
      <w:r>
        <w:t xml:space="preserve"> </w:t>
      </w:r>
      <w:proofErr w:type="spellStart"/>
      <w:r>
        <w:t>inte</w:t>
      </w:r>
      <w:proofErr w:type="spellEnd"/>
      <w:r>
        <w:t xml:space="preserve"> </w:t>
      </w:r>
      <w:proofErr w:type="spellStart"/>
      <w:r>
        <w:t>möjlighet</w:t>
      </w:r>
      <w:proofErr w:type="spellEnd"/>
      <w:r>
        <w:t xml:space="preserve"> </w:t>
      </w:r>
      <w:proofErr w:type="spellStart"/>
      <w:r>
        <w:t>att</w:t>
      </w:r>
      <w:proofErr w:type="spellEnd"/>
      <w:r>
        <w:t xml:space="preserve"> </w:t>
      </w:r>
      <w:proofErr w:type="spellStart"/>
      <w:r>
        <w:t>göra</w:t>
      </w:r>
      <w:proofErr w:type="spellEnd"/>
      <w:r>
        <w:t xml:space="preserve"> </w:t>
      </w:r>
      <w:proofErr w:type="spellStart"/>
      <w:r>
        <w:t>återbetalning</w:t>
      </w:r>
      <w:proofErr w:type="spellEnd"/>
      <w:r>
        <w:t>.</w:t>
      </w:r>
    </w:p>
    <w:p w14:paraId="4F72EF00" w14:textId="1F441B76" w:rsidR="009B612E" w:rsidRDefault="009B612E" w:rsidP="009B612E">
      <w:pPr>
        <w:pStyle w:val="Punktlista"/>
      </w:pPr>
      <w:r>
        <w:t xml:space="preserve">Vi </w:t>
      </w:r>
      <w:proofErr w:type="spellStart"/>
      <w:r>
        <w:t>vill</w:t>
      </w:r>
      <w:proofErr w:type="spellEnd"/>
      <w:r>
        <w:t xml:space="preserve"> </w:t>
      </w:r>
      <w:proofErr w:type="spellStart"/>
      <w:r>
        <w:t>därför</w:t>
      </w:r>
      <w:proofErr w:type="spellEnd"/>
      <w:r>
        <w:t xml:space="preserve"> </w:t>
      </w:r>
      <w:proofErr w:type="spellStart"/>
      <w:r>
        <w:t>tipsa</w:t>
      </w:r>
      <w:proofErr w:type="spellEnd"/>
      <w:r>
        <w:t xml:space="preserve"> om </w:t>
      </w:r>
      <w:proofErr w:type="spellStart"/>
      <w:r>
        <w:rPr>
          <w:rStyle w:val="Stark"/>
        </w:rPr>
        <w:t>Folksams</w:t>
      </w:r>
      <w:proofErr w:type="spellEnd"/>
      <w:r>
        <w:rPr>
          <w:rStyle w:val="Stark"/>
        </w:rPr>
        <w:t xml:space="preserve"> </w:t>
      </w:r>
      <w:proofErr w:type="spellStart"/>
      <w:r>
        <w:rPr>
          <w:rStyle w:val="Stark"/>
        </w:rPr>
        <w:t>motionsloppsförsäkring</w:t>
      </w:r>
      <w:proofErr w:type="spellEnd"/>
      <w:r>
        <w:t xml:space="preserve">, </w:t>
      </w:r>
      <w:proofErr w:type="spellStart"/>
      <w:r>
        <w:t>som</w:t>
      </w:r>
      <w:proofErr w:type="spellEnd"/>
      <w:r>
        <w:t xml:space="preserve"> </w:t>
      </w:r>
      <w:proofErr w:type="spellStart"/>
      <w:r>
        <w:t>kan</w:t>
      </w:r>
      <w:proofErr w:type="spellEnd"/>
      <w:r>
        <w:t xml:space="preserve"> </w:t>
      </w:r>
      <w:proofErr w:type="spellStart"/>
      <w:r>
        <w:t>ge</w:t>
      </w:r>
      <w:proofErr w:type="spellEnd"/>
      <w:r>
        <w:t xml:space="preserve"> </w:t>
      </w:r>
      <w:proofErr w:type="spellStart"/>
      <w:r>
        <w:t>ersättning</w:t>
      </w:r>
      <w:proofErr w:type="spellEnd"/>
      <w:r>
        <w:t xml:space="preserve"> för </w:t>
      </w:r>
      <w:proofErr w:type="spellStart"/>
      <w:r>
        <w:t>startavgift</w:t>
      </w:r>
      <w:proofErr w:type="spellEnd"/>
      <w:r>
        <w:t xml:space="preserve"> och </w:t>
      </w:r>
      <w:proofErr w:type="spellStart"/>
      <w:r>
        <w:t>andra</w:t>
      </w:r>
      <w:proofErr w:type="spellEnd"/>
      <w:r>
        <w:t xml:space="preserve"> </w:t>
      </w:r>
      <w:proofErr w:type="spellStart"/>
      <w:r>
        <w:t>kostnader</w:t>
      </w:r>
      <w:proofErr w:type="spellEnd"/>
      <w:r>
        <w:t xml:space="preserve"> om man </w:t>
      </w:r>
      <w:proofErr w:type="spellStart"/>
      <w:r>
        <w:t>tvingas</w:t>
      </w:r>
      <w:proofErr w:type="spellEnd"/>
      <w:r>
        <w:t xml:space="preserve"> </w:t>
      </w:r>
      <w:proofErr w:type="spellStart"/>
      <w:r>
        <w:t>ställa</w:t>
      </w:r>
      <w:proofErr w:type="spellEnd"/>
      <w:r>
        <w:t xml:space="preserve"> in </w:t>
      </w:r>
      <w:proofErr w:type="spellStart"/>
      <w:r>
        <w:t>deltagande</w:t>
      </w:r>
      <w:proofErr w:type="spellEnd"/>
      <w:r>
        <w:t xml:space="preserve"> </w:t>
      </w:r>
      <w:proofErr w:type="spellStart"/>
      <w:r>
        <w:t>på</w:t>
      </w:r>
      <w:proofErr w:type="spellEnd"/>
      <w:r>
        <w:t xml:space="preserve"> </w:t>
      </w:r>
      <w:proofErr w:type="spellStart"/>
      <w:r>
        <w:t>grund</w:t>
      </w:r>
      <w:proofErr w:type="spellEnd"/>
      <w:r>
        <w:t xml:space="preserve"> av till </w:t>
      </w:r>
      <w:proofErr w:type="spellStart"/>
      <w:r>
        <w:t>exempel</w:t>
      </w:r>
      <w:proofErr w:type="spellEnd"/>
      <w:r>
        <w:t xml:space="preserve"> </w:t>
      </w:r>
      <w:proofErr w:type="spellStart"/>
      <w:r>
        <w:t>sjukdom</w:t>
      </w:r>
      <w:proofErr w:type="spellEnd"/>
      <w:r>
        <w:t xml:space="preserve"> </w:t>
      </w:r>
      <w:proofErr w:type="spellStart"/>
      <w:r>
        <w:t>eller</w:t>
      </w:r>
      <w:proofErr w:type="spellEnd"/>
      <w:r>
        <w:t xml:space="preserve"> </w:t>
      </w:r>
      <w:proofErr w:type="spellStart"/>
      <w:r>
        <w:t>skada</w:t>
      </w:r>
      <w:proofErr w:type="spellEnd"/>
      <w:r>
        <w:t>.</w:t>
      </w:r>
      <w:r>
        <w:br/>
      </w:r>
    </w:p>
    <w:p w14:paraId="78B383C8" w14:textId="45D2A631" w:rsidR="007D1E00" w:rsidRDefault="00000000">
      <w:r>
        <w:br/>
        <w:t xml:space="preserve">Vid frågor eller funderingar är </w:t>
      </w:r>
      <w:proofErr w:type="spellStart"/>
      <w:r>
        <w:t>ni</w:t>
      </w:r>
      <w:proofErr w:type="spellEnd"/>
      <w:r>
        <w:t xml:space="preserve"> </w:t>
      </w:r>
      <w:proofErr w:type="spellStart"/>
      <w:r>
        <w:t>varmt</w:t>
      </w:r>
      <w:proofErr w:type="spellEnd"/>
      <w:r>
        <w:t xml:space="preserve"> </w:t>
      </w:r>
      <w:proofErr w:type="spellStart"/>
      <w:r>
        <w:t>välkomna</w:t>
      </w:r>
      <w:proofErr w:type="spellEnd"/>
      <w:r>
        <w:t xml:space="preserve"> </w:t>
      </w:r>
      <w:proofErr w:type="spellStart"/>
      <w:r>
        <w:t>att</w:t>
      </w:r>
      <w:proofErr w:type="spellEnd"/>
      <w:r>
        <w:t xml:space="preserve"> </w:t>
      </w:r>
      <w:proofErr w:type="spellStart"/>
      <w:r>
        <w:t>höra</w:t>
      </w:r>
      <w:proofErr w:type="spellEnd"/>
      <w:r>
        <w:t xml:space="preserve"> av er!</w:t>
      </w:r>
      <w:r>
        <w:br/>
      </w:r>
      <w:proofErr w:type="spellStart"/>
      <w:r>
        <w:t>Kontaktpersoner</w:t>
      </w:r>
      <w:proofErr w:type="spellEnd"/>
      <w:r>
        <w:t>:</w:t>
      </w:r>
      <w:r w:rsidR="007D1E00">
        <w:br/>
        <w:t xml:space="preserve">Mikael Männer, 0702317361, </w:t>
      </w:r>
      <w:hyperlink r:id="rId8" w:history="1">
        <w:r w:rsidR="007D1E00" w:rsidRPr="00D364F9">
          <w:rPr>
            <w:rStyle w:val="Hyperlnk"/>
          </w:rPr>
          <w:t>Mikael.manner@gmail.com</w:t>
        </w:r>
      </w:hyperlink>
      <w:r w:rsidR="007D1E00">
        <w:t xml:space="preserve"> – </w:t>
      </w:r>
      <w:proofErr w:type="spellStart"/>
      <w:r w:rsidR="007D1E00">
        <w:t>Göteborgs</w:t>
      </w:r>
      <w:proofErr w:type="spellEnd"/>
      <w:r w:rsidR="007D1E00">
        <w:t xml:space="preserve"> </w:t>
      </w:r>
      <w:proofErr w:type="spellStart"/>
      <w:r w:rsidR="007D1E00">
        <w:t>skidklubb</w:t>
      </w:r>
      <w:proofErr w:type="spellEnd"/>
      <w:r w:rsidR="007D1E00">
        <w:t xml:space="preserve"> </w:t>
      </w:r>
    </w:p>
    <w:p w14:paraId="3A3756B6" w14:textId="2F11FA4D" w:rsidR="00F12402" w:rsidRDefault="007D1E00">
      <w:r>
        <w:t>Henrik Roth</w:t>
      </w:r>
      <w:r w:rsidR="00A136AB">
        <w:t xml:space="preserve">, </w:t>
      </w:r>
      <w:r w:rsidR="00A136AB" w:rsidRPr="00A136AB">
        <w:t>0760004152</w:t>
      </w:r>
      <w:r w:rsidR="00A136AB">
        <w:t xml:space="preserve">, </w:t>
      </w:r>
      <w:r w:rsidR="00A136AB" w:rsidRPr="00A136AB">
        <w:t>henrik.andreas.roth@gmail.com</w:t>
      </w:r>
      <w:r w:rsidR="00A136AB">
        <w:t xml:space="preserve"> </w:t>
      </w:r>
      <w:r>
        <w:t>– Ok Lan</w:t>
      </w:r>
      <w:proofErr w:type="spellStart"/>
      <w:r>
        <w:t>dehof</w:t>
      </w:r>
      <w:proofErr w:type="spellEnd"/>
    </w:p>
    <w:sectPr w:rsidR="00F1240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2135295055">
    <w:abstractNumId w:val="8"/>
  </w:num>
  <w:num w:numId="2" w16cid:durableId="524682846">
    <w:abstractNumId w:val="6"/>
  </w:num>
  <w:num w:numId="3" w16cid:durableId="926302257">
    <w:abstractNumId w:val="5"/>
  </w:num>
  <w:num w:numId="4" w16cid:durableId="1700742629">
    <w:abstractNumId w:val="4"/>
  </w:num>
  <w:num w:numId="5" w16cid:durableId="1062098739">
    <w:abstractNumId w:val="7"/>
  </w:num>
  <w:num w:numId="6" w16cid:durableId="1631008133">
    <w:abstractNumId w:val="3"/>
  </w:num>
  <w:num w:numId="7" w16cid:durableId="1165583946">
    <w:abstractNumId w:val="2"/>
  </w:num>
  <w:num w:numId="8" w16cid:durableId="105973450">
    <w:abstractNumId w:val="1"/>
  </w:num>
  <w:num w:numId="9" w16cid:durableId="141054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2D2"/>
    <w:rsid w:val="0029639D"/>
    <w:rsid w:val="00326F90"/>
    <w:rsid w:val="007D1E00"/>
    <w:rsid w:val="009B612E"/>
    <w:rsid w:val="00A136AB"/>
    <w:rsid w:val="00A473BE"/>
    <w:rsid w:val="00AA1D8D"/>
    <w:rsid w:val="00B47730"/>
    <w:rsid w:val="00C34D21"/>
    <w:rsid w:val="00CB0664"/>
    <w:rsid w:val="00CF512E"/>
    <w:rsid w:val="00F124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A4B9E"/>
  <w14:defaultImageDpi w14:val="300"/>
  <w15:docId w15:val="{8098F840-CCD6-6E46-AC2C-4DB1A0A38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nk">
    <w:name w:val="Hyperlink"/>
    <w:basedOn w:val="Standardstycketeckensnitt"/>
    <w:uiPriority w:val="99"/>
    <w:unhideWhenUsed/>
    <w:rsid w:val="007D1E00"/>
    <w:rPr>
      <w:color w:val="0000FF" w:themeColor="hyperlink"/>
      <w:u w:val="single"/>
    </w:rPr>
  </w:style>
  <w:style w:type="character" w:styleId="Olstomnmnande">
    <w:name w:val="Unresolved Mention"/>
    <w:basedOn w:val="Standardstycketeckensnitt"/>
    <w:uiPriority w:val="99"/>
    <w:semiHidden/>
    <w:unhideWhenUsed/>
    <w:rsid w:val="007D1E00"/>
    <w:rPr>
      <w:color w:val="605E5C"/>
      <w:shd w:val="clear" w:color="auto" w:fill="E1DFDD"/>
    </w:rPr>
  </w:style>
  <w:style w:type="paragraph" w:styleId="Normalwebb">
    <w:name w:val="Normal (Web)"/>
    <w:basedOn w:val="Normal"/>
    <w:uiPriority w:val="99"/>
    <w:semiHidden/>
    <w:unhideWhenUsed/>
    <w:rsid w:val="009B612E"/>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styleId="AnvndHyperlnk">
    <w:name w:val="FollowedHyperlink"/>
    <w:basedOn w:val="Standardstycketeckensnitt"/>
    <w:uiPriority w:val="99"/>
    <w:semiHidden/>
    <w:unhideWhenUsed/>
    <w:rsid w:val="009B61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ael.manner@gmail.com" TargetMode="External"/><Relationship Id="rId3" Type="http://schemas.openxmlformats.org/officeDocument/2006/relationships/styles" Target="styles.xml"/><Relationship Id="rId7" Type="http://schemas.openxmlformats.org/officeDocument/2006/relationships/hyperlink" Target="https://forms.gle/YanfHWDmMjgzwGAN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495</Words>
  <Characters>2624</Characters>
  <Application>Microsoft Office Word</Application>
  <DocSecurity>0</DocSecurity>
  <Lines>21</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Mikael Männer</cp:lastModifiedBy>
  <cp:revision>3</cp:revision>
  <dcterms:created xsi:type="dcterms:W3CDTF">2025-11-18T14:43:00Z</dcterms:created>
  <dcterms:modified xsi:type="dcterms:W3CDTF">2025-11-18T15:09:00Z</dcterms:modified>
  <cp:category/>
</cp:coreProperties>
</file>